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AF9AA" w14:textId="77777777" w:rsidR="005C7C80" w:rsidRDefault="00750705">
      <w:pPr>
        <w:pStyle w:val="Title"/>
      </w:pPr>
      <w:r>
        <w:t>Terms of Service</w:t>
      </w:r>
    </w:p>
    <w:p w14:paraId="3D18B21E" w14:textId="59A5E5E6" w:rsidR="005C7C80" w:rsidRDefault="00750705">
      <w:r>
        <w:t>Last Updated: 20</w:t>
      </w:r>
      <w:r w:rsidRPr="00750705">
        <w:rPr>
          <w:vertAlign w:val="superscript"/>
        </w:rPr>
        <w:t>th</w:t>
      </w:r>
      <w:r>
        <w:t xml:space="preserve"> of January, 2025</w:t>
      </w:r>
      <w:r>
        <w:br/>
      </w:r>
      <w:r>
        <w:br/>
        <w:t>By using SkillMATE, you agree to comply with the following Terms of Service:</w:t>
      </w:r>
      <w:r>
        <w:br/>
      </w:r>
      <w:r>
        <w:br/>
        <w:t>1. Acceptance of Terms</w:t>
      </w:r>
      <w:r>
        <w:br/>
        <w:t xml:space="preserve">These terms govern your use of SkillMATE’s platform, and by accessing or using the platform, you </w:t>
      </w:r>
      <w:r>
        <w:t>accept these terms. If you do not agree, you must not use the platform.</w:t>
      </w:r>
      <w:r>
        <w:br/>
      </w:r>
      <w:r>
        <w:br/>
        <w:t>2. Account Registration</w:t>
      </w:r>
      <w:r>
        <w:br/>
        <w:t>To access certain features, you must create an account with accurate information. You are responsible for maintaining the confidentiality of your account details.</w:t>
      </w:r>
      <w:r>
        <w:br/>
      </w:r>
      <w:r>
        <w:br/>
        <w:t>3. Premium Plan</w:t>
      </w:r>
      <w:r>
        <w:br/>
        <w:t>By purchasing a premium plan, you agree to pay the associated fees. Premium plans provide additional features, such as the ability to exchange skills with other members. All payments are non-refundable.</w:t>
      </w:r>
      <w:r>
        <w:br/>
      </w:r>
      <w:r>
        <w:br/>
        <w:t>4. User Conduct</w:t>
      </w:r>
      <w:r>
        <w:br/>
        <w:t>You agree not t</w:t>
      </w:r>
      <w:r>
        <w:t>o engage in illegal activities or violate the rights of others while using SkillMATE. You will not post inappropriate or offensive content.</w:t>
      </w:r>
      <w:r>
        <w:br/>
      </w:r>
      <w:r>
        <w:br/>
        <w:t>5. Platform Availability</w:t>
      </w:r>
      <w:r>
        <w:br/>
        <w:t>SkillMATE strives to provide continuous service but cannot guarantee uninterrupted or error-free access. We are not responsible for downtime or technical issues.</w:t>
      </w:r>
      <w:r>
        <w:br/>
      </w:r>
      <w:r>
        <w:br/>
        <w:t>6. Termination of Account</w:t>
      </w:r>
      <w:r>
        <w:br/>
        <w:t>We may suspend or terminate your account for violating these terms, at our sole discretion.</w:t>
      </w:r>
      <w:r>
        <w:br/>
      </w:r>
      <w:r>
        <w:br/>
        <w:t>7. Intellectual Property</w:t>
      </w:r>
      <w:r>
        <w:br/>
        <w:t>SkillMATE’s content, logos, and platfor</w:t>
      </w:r>
      <w:r>
        <w:t>m design are protected by copyright and trademark laws. You agree not to copy, distribute, or use any content without permission.</w:t>
      </w:r>
      <w:r>
        <w:br/>
      </w:r>
      <w:r>
        <w:br/>
        <w:t>8. Limitation of Liability</w:t>
      </w:r>
      <w:r>
        <w:br/>
        <w:t>SkillMATE is not liable for any damages arising from the use of the platform, including loss of data or business opportunities.</w:t>
      </w:r>
      <w:r>
        <w:br/>
      </w:r>
      <w:r>
        <w:br/>
        <w:t>9. Modifications to Terms</w:t>
      </w:r>
      <w:r>
        <w:br/>
        <w:t>We reserve the right to modify these terms at any time. Any changes will be posted on this page, and your continued use of SkillMATE constitutes acceptance of those changes.</w:t>
      </w:r>
      <w:r>
        <w:br/>
      </w:r>
      <w:r>
        <w:lastRenderedPageBreak/>
        <w:br/>
        <w:t>For inquiries, contact u</w:t>
      </w:r>
      <w:r>
        <w:t xml:space="preserve">s at </w:t>
      </w:r>
      <w:r w:rsidRPr="00750705">
        <w:t>skillmate.queries@gmail.com</w:t>
      </w:r>
    </w:p>
    <w:sectPr w:rsidR="005C7C8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5944348">
    <w:abstractNumId w:val="8"/>
  </w:num>
  <w:num w:numId="2" w16cid:durableId="2021353633">
    <w:abstractNumId w:val="6"/>
  </w:num>
  <w:num w:numId="3" w16cid:durableId="437258364">
    <w:abstractNumId w:val="5"/>
  </w:num>
  <w:num w:numId="4" w16cid:durableId="1810702004">
    <w:abstractNumId w:val="4"/>
  </w:num>
  <w:num w:numId="5" w16cid:durableId="2066945379">
    <w:abstractNumId w:val="7"/>
  </w:num>
  <w:num w:numId="6" w16cid:durableId="219946152">
    <w:abstractNumId w:val="3"/>
  </w:num>
  <w:num w:numId="7" w16cid:durableId="2129008254">
    <w:abstractNumId w:val="2"/>
  </w:num>
  <w:num w:numId="8" w16cid:durableId="2009825102">
    <w:abstractNumId w:val="1"/>
  </w:num>
  <w:num w:numId="9" w16cid:durableId="2094007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C7C80"/>
    <w:rsid w:val="007239A8"/>
    <w:rsid w:val="0075070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6B041DA2-694A-4115-A129-3363B430E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284</Words>
  <Characters>1537</Characters>
  <Application>Microsoft Office Word</Application>
  <DocSecurity>0</DocSecurity>
  <Lines>43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Tanu Agarwal</cp:lastModifiedBy>
  <cp:revision>2</cp:revision>
  <dcterms:created xsi:type="dcterms:W3CDTF">2013-12-23T23:15:00Z</dcterms:created>
  <dcterms:modified xsi:type="dcterms:W3CDTF">2025-01-19T22:17:00Z</dcterms:modified>
  <cp:category/>
</cp:coreProperties>
</file>