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738EF" w14:textId="77777777" w:rsidR="009A5B9C" w:rsidRDefault="003E6991">
      <w:pPr>
        <w:pStyle w:val="Title"/>
      </w:pPr>
      <w:r>
        <w:t>Privacy Policy</w:t>
      </w:r>
    </w:p>
    <w:p w14:paraId="25BFE84A" w14:textId="32FEA084" w:rsidR="009A5B9C" w:rsidRDefault="003E6991">
      <w:r>
        <w:t>Last Updated: 20</w:t>
      </w:r>
      <w:r w:rsidRPr="003E6991">
        <w:rPr>
          <w:vertAlign w:val="superscript"/>
        </w:rPr>
        <w:t>th</w:t>
      </w:r>
      <w:r>
        <w:t xml:space="preserve"> of January, 2025</w:t>
      </w:r>
      <w:r>
        <w:br/>
        <w:t>At SkillMATE, we value your privacy and are committed to protecting your personal data. This Privacy Policy explains how we collect, use, store, and protect your information.</w:t>
      </w:r>
      <w:r>
        <w:br/>
      </w:r>
      <w:r>
        <w:br/>
        <w:t>1. Information We Collect</w:t>
      </w:r>
      <w:r>
        <w:br/>
        <w:t xml:space="preserve">We </w:t>
      </w:r>
      <w:r>
        <w:t>collect personal information such as:</w:t>
      </w:r>
      <w:r>
        <w:br/>
        <w:t>- Name, email address, phone number, and payment details.</w:t>
      </w:r>
      <w:r>
        <w:br/>
        <w:t>- Information related to skills, services, or content shared through the platform.</w:t>
      </w:r>
      <w:r>
        <w:br/>
        <w:t>- Usage data such as browser type, IP address, and interaction with the platform.</w:t>
      </w:r>
      <w:r>
        <w:br/>
      </w:r>
      <w:r>
        <w:br/>
        <w:t>2. How We Use Your Information</w:t>
      </w:r>
      <w:r>
        <w:br/>
        <w:t>- To create and maintain your account.</w:t>
      </w:r>
      <w:r>
        <w:br/>
        <w:t>- To process transactions related to premium plans.</w:t>
      </w:r>
      <w:r>
        <w:br/>
        <w:t>- To communicate updates, offers, or changes to services.</w:t>
      </w:r>
      <w:r>
        <w:br/>
        <w:t>- To personalize your experience on SkillMATE.</w:t>
      </w:r>
      <w:r>
        <w:br/>
        <w:t>- To enhance platform s</w:t>
      </w:r>
      <w:r>
        <w:t>ecurity and ensure compliance with our terms of service.</w:t>
      </w:r>
      <w:r>
        <w:br/>
      </w:r>
      <w:r>
        <w:br/>
        <w:t>3. Sharing Your Information</w:t>
      </w:r>
      <w:r>
        <w:br/>
        <w:t>We do not sell, trade, or rent your personal information to third parties. However, we may share information in the following circumstances:</w:t>
      </w:r>
      <w:r>
        <w:br/>
        <w:t>- With third-party service providers for payment processing and data storage.</w:t>
      </w:r>
      <w:r>
        <w:br/>
        <w:t>- To comply with legal obligations or respond to legal requests.</w:t>
      </w:r>
      <w:r>
        <w:br/>
      </w:r>
      <w:r>
        <w:br/>
        <w:t>4. Data Protection</w:t>
      </w:r>
      <w:r>
        <w:br/>
        <w:t>We implement industry-standard security measures to protect your data. However, no method of data transmission over the in</w:t>
      </w:r>
      <w:r>
        <w:t>ternet is 100% secure, and we cannot guarantee complete security.</w:t>
      </w:r>
      <w:r>
        <w:br/>
      </w:r>
      <w:r>
        <w:br/>
        <w:t>5. Your Rights</w:t>
      </w:r>
      <w:r>
        <w:br/>
        <w:t>You can request access, correction, or deletion of your personal data by contacting us at [contact email].</w:t>
      </w:r>
      <w:r>
        <w:br/>
        <w:t>You can also manage your account settings and privacy preferences at any time.</w:t>
      </w:r>
      <w:r>
        <w:br/>
      </w:r>
      <w:r>
        <w:br/>
        <w:t>6. Cookies</w:t>
      </w:r>
      <w:r>
        <w:br/>
        <w:t>We use cookies to improve your experience and analyze website traffic. By using SkillMATE, you consent to our use of cookies.</w:t>
      </w:r>
      <w:r>
        <w:br/>
      </w:r>
      <w:r>
        <w:br/>
        <w:t>7. Changes to This Policy</w:t>
      </w:r>
      <w:r>
        <w:br/>
        <w:t xml:space="preserve">We may update this policy periodically, and any changes will be posted on this </w:t>
      </w:r>
      <w:r>
        <w:t>page with an updated date.</w:t>
      </w:r>
      <w:r>
        <w:br/>
      </w:r>
      <w:r>
        <w:lastRenderedPageBreak/>
        <w:br/>
        <w:t xml:space="preserve">For any questions, please contact us at </w:t>
      </w:r>
      <w:r w:rsidRPr="003E6991">
        <w:t>skillmate.queries@gmail.com</w:t>
      </w:r>
      <w:r>
        <w:t>.</w:t>
      </w:r>
    </w:p>
    <w:sectPr w:rsidR="009A5B9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9715818">
    <w:abstractNumId w:val="8"/>
  </w:num>
  <w:num w:numId="2" w16cid:durableId="272908449">
    <w:abstractNumId w:val="6"/>
  </w:num>
  <w:num w:numId="3" w16cid:durableId="78645044">
    <w:abstractNumId w:val="5"/>
  </w:num>
  <w:num w:numId="4" w16cid:durableId="1357535509">
    <w:abstractNumId w:val="4"/>
  </w:num>
  <w:num w:numId="5" w16cid:durableId="399064609">
    <w:abstractNumId w:val="7"/>
  </w:num>
  <w:num w:numId="6" w16cid:durableId="1605305075">
    <w:abstractNumId w:val="3"/>
  </w:num>
  <w:num w:numId="7" w16cid:durableId="1374890456">
    <w:abstractNumId w:val="2"/>
  </w:num>
  <w:num w:numId="8" w16cid:durableId="1258751929">
    <w:abstractNumId w:val="1"/>
  </w:num>
  <w:num w:numId="9" w16cid:durableId="1253276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E6991"/>
    <w:rsid w:val="009A5B9C"/>
    <w:rsid w:val="00AA1D8D"/>
    <w:rsid w:val="00B47730"/>
    <w:rsid w:val="00CB0664"/>
    <w:rsid w:val="00D473D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894EA4D3-E059-420B-B0AD-565D429A8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299</Words>
  <Characters>1590</Characters>
  <Application>Microsoft Office Word</Application>
  <DocSecurity>0</DocSecurity>
  <Lines>45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Tanu Agarwal</cp:lastModifiedBy>
  <cp:revision>2</cp:revision>
  <dcterms:created xsi:type="dcterms:W3CDTF">2013-12-23T23:15:00Z</dcterms:created>
  <dcterms:modified xsi:type="dcterms:W3CDTF">2025-01-19T22:16:00Z</dcterms:modified>
  <cp:category/>
</cp:coreProperties>
</file>