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F5EB6" w14:textId="77777777" w:rsidR="00DA2AE6" w:rsidRDefault="00C47714">
      <w:pPr>
        <w:pStyle w:val="Title"/>
      </w:pPr>
      <w:r>
        <w:t>Cookie Policy</w:t>
      </w:r>
    </w:p>
    <w:p w14:paraId="566159F6" w14:textId="7318991C" w:rsidR="00DA2AE6" w:rsidRDefault="00C47714">
      <w:r>
        <w:t>Last Updated: 20</w:t>
      </w:r>
      <w:r w:rsidRPr="00C47714">
        <w:rPr>
          <w:vertAlign w:val="superscript"/>
        </w:rPr>
        <w:t>th</w:t>
      </w:r>
      <w:r>
        <w:t xml:space="preserve"> of January, 2025</w:t>
      </w:r>
      <w:r>
        <w:br/>
      </w:r>
      <w:r>
        <w:br/>
        <w:t xml:space="preserve">SkillMATE uses cookies to enhance your user experience and improve our services. Cookies are small text files stored on your device when you visit our website. You can choose to disable cookies in your </w:t>
      </w:r>
      <w:r>
        <w:t>browser settings, but this may affect your experience on our platform.</w:t>
      </w:r>
      <w:r>
        <w:br/>
      </w:r>
      <w:r>
        <w:br/>
        <w:t>For more details on how we use cookies, please refer to our Privacy Policy.</w:t>
      </w:r>
    </w:p>
    <w:sectPr w:rsidR="00DA2AE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3567804">
    <w:abstractNumId w:val="8"/>
  </w:num>
  <w:num w:numId="2" w16cid:durableId="1301036186">
    <w:abstractNumId w:val="6"/>
  </w:num>
  <w:num w:numId="3" w16cid:durableId="1454326522">
    <w:abstractNumId w:val="5"/>
  </w:num>
  <w:num w:numId="4" w16cid:durableId="1654676604">
    <w:abstractNumId w:val="4"/>
  </w:num>
  <w:num w:numId="5" w16cid:durableId="1704086624">
    <w:abstractNumId w:val="7"/>
  </w:num>
  <w:num w:numId="6" w16cid:durableId="1730373796">
    <w:abstractNumId w:val="3"/>
  </w:num>
  <w:num w:numId="7" w16cid:durableId="413433279">
    <w:abstractNumId w:val="2"/>
  </w:num>
  <w:num w:numId="8" w16cid:durableId="774789479">
    <w:abstractNumId w:val="1"/>
  </w:num>
  <w:num w:numId="9" w16cid:durableId="229194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C47714"/>
    <w:rsid w:val="00CB0664"/>
    <w:rsid w:val="00DA2AE6"/>
    <w:rsid w:val="00F00A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062061"/>
  <w14:defaultImageDpi w14:val="300"/>
  <w15:docId w15:val="{626CB424-1C9F-477C-AE36-51CCA5C41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Tanu Agarwal</cp:lastModifiedBy>
  <cp:revision>2</cp:revision>
  <dcterms:created xsi:type="dcterms:W3CDTF">2013-12-23T23:15:00Z</dcterms:created>
  <dcterms:modified xsi:type="dcterms:W3CDTF">2025-01-19T22:17:00Z</dcterms:modified>
  <cp:category/>
</cp:coreProperties>
</file>