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990F" w14:textId="77777777" w:rsidR="00DD45E6" w:rsidRDefault="00096765">
      <w:pPr>
        <w:pStyle w:val="Title"/>
      </w:pPr>
      <w:r>
        <w:t>Copyright Statement</w:t>
      </w:r>
    </w:p>
    <w:p w14:paraId="460AA931" w14:textId="46A900D1" w:rsidR="00DD45E6" w:rsidRDefault="00096765">
      <w:r>
        <w:t>© [2025</w:t>
      </w:r>
      <w:r>
        <w:t>] SkillMATE. All rights reserved.</w:t>
      </w:r>
      <w:r>
        <w:br/>
      </w:r>
      <w:r>
        <w:br/>
        <w:t xml:space="preserve">The content and design of this platform are created using third-party web builders and are not owned by SkillMATE. All trademarks, logos, and other intellectual property on this </w:t>
      </w:r>
      <w:r>
        <w:t>platform are the property of their respective owners. Users are not permitted to copy, distribute, or use any content from SkillMATE without appropriate permission.</w:t>
      </w:r>
    </w:p>
    <w:sectPr w:rsidR="00DD45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129983">
    <w:abstractNumId w:val="8"/>
  </w:num>
  <w:num w:numId="2" w16cid:durableId="1109622537">
    <w:abstractNumId w:val="6"/>
  </w:num>
  <w:num w:numId="3" w16cid:durableId="718479844">
    <w:abstractNumId w:val="5"/>
  </w:num>
  <w:num w:numId="4" w16cid:durableId="1063141881">
    <w:abstractNumId w:val="4"/>
  </w:num>
  <w:num w:numId="5" w16cid:durableId="1838617173">
    <w:abstractNumId w:val="7"/>
  </w:num>
  <w:num w:numId="6" w16cid:durableId="1708330257">
    <w:abstractNumId w:val="3"/>
  </w:num>
  <w:num w:numId="7" w16cid:durableId="1556157725">
    <w:abstractNumId w:val="2"/>
  </w:num>
  <w:num w:numId="8" w16cid:durableId="654529484">
    <w:abstractNumId w:val="1"/>
  </w:num>
  <w:num w:numId="9" w16cid:durableId="422381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765"/>
    <w:rsid w:val="0015074B"/>
    <w:rsid w:val="0029639D"/>
    <w:rsid w:val="00326F90"/>
    <w:rsid w:val="00AA1D8D"/>
    <w:rsid w:val="00B47730"/>
    <w:rsid w:val="00CB0664"/>
    <w:rsid w:val="00D37FCD"/>
    <w:rsid w:val="00DD45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DDB276C-4515-46DC-8A9F-67B47AAC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Tanu Agarwal</cp:lastModifiedBy>
  <cp:revision>2</cp:revision>
  <dcterms:created xsi:type="dcterms:W3CDTF">2013-12-23T23:15:00Z</dcterms:created>
  <dcterms:modified xsi:type="dcterms:W3CDTF">2025-01-19T22:17:00Z</dcterms:modified>
  <cp:category/>
</cp:coreProperties>
</file>